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799957114168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النظريات/ العمليات/ الوظائف/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