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للتخصصات النظرية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خوازم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9786038001998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