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المؤسسات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جمال علي هلالي/ د عبد الرزاق شحادة/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البنوك التجارية/ التأمين/ شركات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