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د موسى عمر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