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المنشأت العامة والخاصة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زاهره عاطف سواد/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