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9789957380762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النظريات/ العمليات الادارية/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