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البيانات باستخدام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محمد السواعي/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spss/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