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الجودة والأداء والتقييم في مؤسسات التعليم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عدي عطا/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9789957820596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الجامعات/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