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جديدة في 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فهمي محمد العدوي/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