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سليمان خالد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العمليات/ ادارة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