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التوزيع في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نادية حسن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