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الذمة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منصور حاتم الفتلاوي/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9789957165369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الفقه الاسلامي/ الذمة المالية/ الفقه الوضعي/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