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سامي محمد الوقاد/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9789957066987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