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نظم المعلومات التسويقية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سيد سالم 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9789957544218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