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ودعم اتخاذ القرارات 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سيد صابر تعلب/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9789957077129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اتخاذ القرارات/ تنقيب البيانات/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