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نقود وبنوك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منير إسماعيل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