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وسائل الترويج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سمير عبد الرزاق العبدلي/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الاعلانات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