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التسعير في التسويق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9789957062323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التسعير/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