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ناجي ذيب معلا/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9789957112318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التوزيع/ التسويق/ ادارة المبيعات/ المنتجات الجديدة/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