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راتيجيات التسويقية في الانترن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نترنيت/ الاستراتيج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