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التسويق المصرفي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وصفي عبد الرحمان النعسة/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كنوز المعرفة/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247ص.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9789957740818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البنوك/ التسويق/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