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الحاسوب في الإدارة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التسويق/ الادارة/ تكنولوجيا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