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الإستخبارات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الاستخبارات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