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العولمة المالية والنمو الإقتصادي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حسن كريم حمزة/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صفاء للطباعة والنشر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406ص.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9789957246150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العولمة/ الاقتصاد الدولي/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