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الإلكترونية المستقبل الواعد للأجيال القادمة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حسين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9789957115708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