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العمليات المصرفية الطرق المحاسبية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خالد أمين عبد الله/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447ص.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9789957110116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المحاسبة/ البنوك التجارية/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