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الباسط كريم مولود/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9789953524368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