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حديثة في 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 نعيم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