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الامثال الشعبية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الأمثال الشعبية/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