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مواضيع علم النفس وعلم النفس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موراد مرداسي/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النفس الإجتماعي/ علم النفس العام/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