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 والمخت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قراءة/ الكتابة/ التفكيك/ التأوي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