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معالم 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إسماعيل سامعي/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9789961011058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الإقتصادي/ الإسلام/ الحضارة الإسلامية/ النظام السياسي/ النظام الأمني/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