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عالمية الإسلام وأخلاقيات رسوله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الصالح صديق/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18*12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9789961011225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الإسلام/ أخلاق الرسول/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