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ماذا يعني التفكير؟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مارتن هيدجر/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التفكير/ 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