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فلسفة الجمال في النقد الأدبي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كريب رمضان/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9789961012079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فلسفة الجمال/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