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المقدمة في الشعر العربي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مهداوي/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9789961012369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