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الغزوات أيام الرسول صلى عليه وسلم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