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المشهد في الإبداع الأدبي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حبيب مونسي/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9789961012864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التعبير/ سيمياء الصورة/ المشهد/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