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الفعل القرائي عند علماء التراث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عرابي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القرآني/ التعبير المجازي/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