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وأبرز اتجاهاته وأعلامه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