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والتأويل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منقور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9789961014059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الخطاب الأصولي/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