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l'outil statistique en experimentation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Blel  Azouzi/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