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شرح النظرية العامة للقانون في القانون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خليل أحمد حسن قدادة/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9789961008379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التشريع/ القانون/ القاعدة القانونية/ القانون الخاص/ الشريعة الإسلامية/ القانون العام/ العرف/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