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السلاسل الزمنية وتقنيات التنبؤ القصير المدى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مولود حشمان/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التنبؤ/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