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لدراسة قانون التأمين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جديدي معراج/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9789961003824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التأمين/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