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الصرف/ القروض/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