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جباية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بوزيدة/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الرسم على القيمة المضافة/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