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والمجتمع في الشمال الأفريقي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عقون محمد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سلسلة الكتب الأساسية في العلوم الإنسانية والإجتماعية(N°:None)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9789961011423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المجتمع/ الشمال الافريقي/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