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الجزئي رياضي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زغيب شهرزاد/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9789961013038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الرياضيات/ الاقتصاد الجزئي/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