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الطالب لإعداد وإخراج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الكريم بوحفص/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دليل الطالب/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